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עידן הנאורות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בדיקת הבנה בנושא "עידן הנאורות".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מבוסס על הבוחן הקצר "חידון תרגול – הנאורות"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פרסום 'מסה על הסובלנות' של וולטר – 1763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'שתי מסות על הממשל' של לוק – 1689 (שנת ההדפסה; על השער 1690)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שאלות רב-ברירה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האמונה בכוחה של התבונה האנושית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מונטסקייה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חיים, חירות ורכוש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האמנה החברתית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לרכז את הידע האנושי ולהפיצו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מלך שערך רפורמות ברוח הנאורות אך שמר על כוחו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וולטר נאבק למען סובלנות דתית וחופש ביטוי.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ההכרזה על זכויות האדם והאזרח פורסמה בצרפת ב-1789.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הסבירו במילים 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האמונה בכוחה של התבונה האנושית – הוגי הנאורות האמינו שהתבונה יכולה להבין את העולם ולשפרו.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מונטסקייה – מונטסקייה, ב'רוח החוקים' (1748).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חיים, חירות ורכוש – לוק מנה את החיים, החירות והרכוש.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שאלת סיכום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עידן הנאורות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רב-ברירה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היה הרעיון המרכזי של הנאורות?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החובה לציית למלך בכל מצב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הדחייה של המדע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האמונה בכוחה של התבונה האנושית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החזרה לחיי הכפר והמסורת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הציע את עקרון הפרדת הרשויות?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רוסו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מונטסקייה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קאנט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וולטר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לפי ג'ון לוק, אילו זכויות טבעיות יש לכל אדם?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הצבעה, שוויון ודת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חיים, חירות ורכוש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מגורים, פרנסה ושפה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השכלה, עבודה ובריאות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ספר כתב רוסו ב-1762?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האמנה החברתית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האנציקלופדיה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רוח החוקים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מסה על הסובלנות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הייתה מטרת 'האנציקלופדיה'?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לתעד את המלחמות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לתרגם את התנ"ך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לרכז את הידע האנושי ולהפיצו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לפרסם את חוקי המלך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מהו 'אבסולוטיזם נאור'?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מלך שערך רפורמות ברוח הנאורות אך שמר על כוחו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שלטון של הכנסייה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ביטול המלוכה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שלטון העם בבחירות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נכון; תקנו את הלא נכונים.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קאנט ניסח את הסיסמה 'העזו לדעת'.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וולטר התנגד לסובלנות דתית.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המדעית הייתה מהרקע לנאורות.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ההכרזה על זכויות האדם והאזרח פורסמה באנגליה ב-1776.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הסבירו במילים 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היה הרעיון המרכזי של הנאורות?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 הציע את עקרון הפרדת הרשויות?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לפי ג'ון לוק, אילו זכויות טבעיות יש לכל אדם?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שאלת סיכום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כיצד שינה הרעיון שהתבונה האנושית יכולה להבין ולשפר את העולם את היחס לשלטון, לדת ולאדם?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עידן הנאורות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