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כרטיסיות מושגים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שינון והבנה של מושגי היסוד בארבעה נושאים.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30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עולים · חט״ב · תיכון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https://historia-et-hachadasha.sites.tab.bot/kartisim.html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המושגים לקוחים מהכרטיסיות באתר (צד א׳ מושג, צד ב׳ הסבר).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בגרסה זו: שפה פשוטה ומשפטים קצרים, ומילון קטן בתחילת הדף. מומלץ לעבור על המילון יחד לפני התרגול.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מושגים – עידן הנאורות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יכולת האדם לחשוב ולהסיק מסקנות הגיוניות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חיים, חירות ורכוש – לכל אדם מעצם היותו אדם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השלטון נוצר מהסכמת בני האדם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הסמכות העליונה שייכת לעם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מושגים – האמנציפציה – שוויון זכויות ליהודים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שוויון זכויות אזרחיות ופוליטיות ליהודים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ניהול עצמי של הקהילה היהודית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צו של יוסף השני להקלות ליהודים (1782)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'ליהודים כאומה – דבר; כבני אדם – הכול'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מושגים – המהפכה התעשייתית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החלפת עבודת ידיים במכונות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ריכוז עובדים ומכונות במבנה אחד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מכונה שהופכת כוח קיטור לתנועה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מעבר מהכפר לעיר וגידול הערים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השלימו – תנועת ההשכלה היהודית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השכלה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משכיל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משה מנדלסון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משפטים עם מושגים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אישית: רעיון מרכזי ברור, נימוק/דוגמה, משפטים שלמים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🃏 כרטיסיות מושגים – דף תרגול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📖 מילון קטן – מילים חשובות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פשוט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תבונה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🧠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יכולת האדם לחשוב ולהסיק מסקנות הגיוניות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זכויות טבעיות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⚖️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חיים, חירות ורכוש – לכל אדם מעצם היותו אדם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אמנה חברתית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📜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השלטון נוצר מהסכמת בני האדם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ריבונות העם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👥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הסמכות העליונה שייכת לעם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הפרדת רשויות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🕍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מחוקקת, מבצעת ושופטת – המגבילות זו את זו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סובלנות דתית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🕍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מתן אפשרות לחיות לפי אמונה שונה בלי רדיפה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מושגים – עידן הנאורות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התאימו לכל מושג את ההסבר שלו.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תבונה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 השלטון נוצר מהסכמת בני האדם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זכויות טבעיות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יכולת האדם לחשוב ולהסיק מסקנות הגיוניות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אמנה חברתית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ג. הסמכות העליונה שייכת לעם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ריבונות העם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ד. חיים, חירות ורכוש – לכל אדם מעצם היותו אדם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מושגים – האמנציפציה – שוויון זכויות ליהודים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התאימו לכל מושג את ההסבר שלו.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אמנציפציה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 ניהול עצמי של הקהילה היהודית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אוטונומיה קהילתית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צו של יוסף השני להקלות ליהודים (1782)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 הסובלנות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ג. שוויון זכויות אזרחיות ופוליטיות ליהודים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קלרמון-טונר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ד. 'ליהודים כאומה – דבר; כבני אדם – הכול'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מושגים – המהפכה התעשייתית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התאימו לכל מושג את ההסבר שלו.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מיכון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 מכונה שהופכת כוח קיטור לתנועה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שיטת המפעל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ריכוז עובדים ומכונות במבנה אחד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מנוע קיטור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ג. מעבר מהכפר לעיר וגידול הערים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עיור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ד. החלפת עבודת ידיים במכונות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השלימו – תנועת ההשכלה היהודית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את המושג המתאים. בחרו מתוך: משכיל / משה מנדלסון / השכלה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שילוב השכלה כללית בחיים היהודיים ← 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איש תנועת ההשכלה ← 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אבי ההשכלה; תרגום התורה לגרמנית ← 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משפטים עם מושגים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בחרו 2 מושגים מהדף וכתבו משפט עם כל אחד.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המושג הכי קשה לי: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המושג הכי קל לי: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טיפ שעוזר לי לזכור מושג: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כרטיסיות מושגים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